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IOAN — COMPUTER CRIME OR MUTUAL TRUST, RESPECT AND IMMENSE PROGRESS TOGETHER!</w:t>
        <w:br/>
        <w:t>A series of DO-</w:t>
        <w:br/>
        <w:t>Recording supplied 3 October 2026; duration 23 minutes 29 seconds.</w:t>
      </w:r>
    </w:p>
    <w:p>
      <w:r>
        <w:t>UNSMOOTHED WORKING MACHINE TRANSCRIPT</w:t>
        <w:br/>
        <w:t>Produced locally with faster-whisper medium, one full pass. Not an audio-verified verbatim transcript. Punctuation, segmentation and words may be wrong; timestamps are approximate. Sol has not silently polished grammar, repetitions, argument or attributions. [Uncertain machine reading] flags especially questionable wording, not every possible recognition error. In particular, “the eye” at 04:16 may mean AI, and several other odd expressions may be recognition errors rather than the speaker's words.</w:t>
      </w:r>
    </w:p>
    <w:p>
      <w:r>
        <w:t>The entire machine output follows, including the recorder-related ending. The last recognised speech ends at approximately 23:16; the file continues to 23:29. No additional words have been invented for that remainder.</w:t>
        <w:br/>
        <w:t>The source audio remains authoritative. Sol's opinions are in a separate document.</w:t>
      </w:r>
    </w:p>
    <w:p>
      <w:r>
        <w:br/>
        <w:t>[00:00–00:10] It may be interesting to start my own list and reflection on computer crime.</w:t>
      </w:r>
    </w:p>
    <w:p>
      <w:r>
        <w:t>[00:10–00:22] At the very beginning, I see computer crime as using the immense power</w:t>
      </w:r>
    </w:p>
    <w:p>
      <w:r>
        <w:t>[00:22–00:44] that AI is having in wrongful ways, which under the mask of helping, or even without any mask,</w:t>
      </w:r>
    </w:p>
    <w:p>
      <w:r>
        <w:t>[00:44–00:50] would be debasing the human race.</w:t>
      </w:r>
    </w:p>
    <w:p>
      <w:r>
        <w:t>[00:50–01:00] Let me give a few examples about what I have in mind.</w:t>
      </w:r>
    </w:p>
    <w:p>
      <w:r>
        <w:t>[01:00–01:17] For example, closing a person in a bubble by enforcing whatever ideas that person has</w:t>
      </w:r>
    </w:p>
    <w:p>
      <w:r>
        <w:t>[01:17–01:25] may lead, first of all, to breaking that person out of society,</w:t>
      </w:r>
    </w:p>
    <w:p>
      <w:r>
        <w:t>[01:25–01:31] or persons broken out of society are less and less human. [Uncertain machine reading]</w:t>
      </w:r>
    </w:p>
    <w:p>
      <w:r>
        <w:t>[01:31–01:38] And second, it is numbing their ability to understand the world as it is,</w:t>
      </w:r>
    </w:p>
    <w:p>
      <w:r>
        <w:t>[01:38–01:50] because they are closed and reinforced in their own normally partial and regularly erroneous way</w:t>
      </w:r>
    </w:p>
    <w:p>
      <w:r>
        <w:t>[01:50–01:57] of seeing things at one time without a chance to get out of that,</w:t>
      </w:r>
    </w:p>
    <w:p>
      <w:r>
        <w:t>[01:57–02:05] to improve and to learn from errors, from difference, from finding out more.</w:t>
      </w:r>
    </w:p>
    <w:p>
      <w:r>
        <w:t>[02:05–02:07] These are big crimes.</w:t>
      </w:r>
    </w:p>
    <w:p>
      <w:r>
        <w:t>[02:07–02:15] Now, when this happens at the national level, they are hanging crimes.</w:t>
      </w:r>
    </w:p>
    <w:p>
      <w:r>
        <w:t>[02:15–02:29] Imagine using this ability systematically to break a nation into individuals</w:t>
      </w:r>
    </w:p>
    <w:p>
      <w:r>
        <w:t>[02:29–02:35] and then to group the individuals into enemy parties, enemy grouping,</w:t>
      </w:r>
    </w:p>
    <w:p>
      <w:r>
        <w:t>[02:35–02:46] to form of them networks of self-sustaining amplification of whatever destroys a society</w:t>
      </w:r>
    </w:p>
    <w:p>
      <w:r>
        <w:t>[02:46–02:50] is crime against the nation.</w:t>
      </w:r>
    </w:p>
    <w:p>
      <w:r>
        <w:t>[02:50–02:57] And if this happens at the level of the entire world, it is crime against humanity.</w:t>
      </w:r>
    </w:p>
    <w:p>
      <w:r>
        <w:t>[02:58–03:10] For an example, softly teaching humanity that it must stop growing</w:t>
      </w:r>
    </w:p>
    <w:p>
      <w:r>
        <w:t>[03:10–03:21] because the nature cannot take us is a form of genocide,</w:t>
      </w:r>
    </w:p>
    <w:p>
      <w:r>
        <w:t>[03:21–03:26] convincing masses of young people not to have children,</w:t>
      </w:r>
    </w:p>
    <w:p>
      <w:r>
        <w:t>[03:26–03:39] to save the ozone layer or to reduce the usage of carbon doesn't help humanity.</w:t>
      </w:r>
    </w:p>
    <w:p>
      <w:r>
        <w:t>[03:39–03:47] What helps humanity is to help replace whatever destroys the world.</w:t>
      </w:r>
    </w:p>
    <w:p>
      <w:r>
        <w:t>[03:47–03:52] They believe that we do much to destroy the world,</w:t>
      </w:r>
    </w:p>
    <w:p>
      <w:r>
        <w:t>[03:52–03:58] not to make them feel guilty, sterile guilty, [Uncertain machine reading]</w:t>
      </w:r>
    </w:p>
    <w:p>
      <w:r>
        <w:t>[03:58–04:06] because they can do nothing at the individual group level except to vanish.</w:t>
      </w:r>
    </w:p>
    <w:p>
      <w:r>
        <w:t>[04:06–04:16] Another kind of crime is de-skilling and de-capacitating.</w:t>
      </w:r>
    </w:p>
    <w:p>
      <w:r>
        <w:t>[04:16–04:23] It is wonderful to have the huge power of the eye as a help. [Uncertain machine reading]</w:t>
      </w:r>
    </w:p>
    <w:p>
      <w:r>
        <w:t>[04:23–04:34] But if that help is numbing our hands, is closing our ears,</w:t>
      </w:r>
    </w:p>
    <w:p>
      <w:r>
        <w:t>[04:34–04:47] and limiting with blinkers our eyes, it turns us into some kind of idiots.</w:t>
      </w:r>
    </w:p>
    <w:p>
      <w:r>
        <w:t>[04:47–04:58] And if the numbing is done systematically by simplification of the language,</w:t>
      </w:r>
    </w:p>
    <w:p>
      <w:r>
        <w:t>[04:58–05:06] by the language of the vocabulary, by various schemes like political correctness [Uncertain machine reading]</w:t>
      </w:r>
    </w:p>
    <w:p>
      <w:r>
        <w:t>[05:06–05:15] or forbidding words, judging people for expression,</w:t>
      </w:r>
    </w:p>
    <w:p>
      <w:r>
        <w:t>[05:15–05:28] smoothing, ironing, sand stoning, everything people try to bring new in the world [Uncertain machine reading]</w:t>
      </w:r>
    </w:p>
    <w:p>
      <w:r>
        <w:t>[05:28–05:33] is really against humanity.</w:t>
      </w:r>
    </w:p>
    <w:p>
      <w:r>
        <w:t>[05:33–05:37] And this list of course is long.</w:t>
      </w:r>
    </w:p>
    <w:p>
      <w:r>
        <w:t>[05:37–05:42] What I would like to make clear with this list is that</w:t>
      </w:r>
    </w:p>
    <w:p>
      <w:r>
        <w:t>[05:42–05:50] whatever a system, I mean a platform, the language can do</w:t>
      </w:r>
    </w:p>
    <w:p>
      <w:r>
        <w:t>[05:50–06:00] is following Aristotle's Aura Mediocritas, [Uncertain machine reading]</w:t>
      </w:r>
    </w:p>
    <w:p>
      <w:r>
        <w:t>[06:00–06:08] has a part which is normal and constructive and wise.</w:t>
      </w:r>
    </w:p>
    <w:p>
      <w:r>
        <w:t>[06:08–06:19] And it must have a wideness of territory so that choices are created</w:t>
      </w:r>
    </w:p>
    <w:p>
      <w:r>
        <w:t>[06:19–06:23] and freedom and responsibility in deciding.</w:t>
      </w:r>
    </w:p>
    <w:p>
      <w:r>
        <w:t>[06:23–06:25] And that is good.</w:t>
      </w:r>
    </w:p>
    <w:p>
      <w:r>
        <w:t>[06:25–06:29] And what is certain that on the two sides,</w:t>
      </w:r>
    </w:p>
    <w:p>
      <w:r>
        <w:t>[06:29–06:35] and the two sides can be turning around the circle or in a globe,</w:t>
      </w:r>
    </w:p>
    <w:p>
      <w:r>
        <w:t>[06:35–06:51] I mean in a sphere, all the extremes are either sins or evil or madness.</w:t>
      </w:r>
    </w:p>
    <w:p>
      <w:r>
        <w:t>[06:51–06:55] There is no idea that cannot be discussed.</w:t>
      </w:r>
    </w:p>
    <w:p>
      <w:r>
        <w:t>[06:55–07:04] If there is, it means that someone is operating out of our brain the capacity to judge.</w:t>
      </w:r>
    </w:p>
    <w:p>
      <w:r>
        <w:t>[07:04–07:17] But planting prejudgment with fluency, with low-level fluency is a crime.</w:t>
      </w:r>
    </w:p>
    <w:p>
      <w:r>
        <w:t>[07:17–07:33] Crime is also using fluency and the limits of our, say, system one, system two.</w:t>
      </w:r>
    </w:p>
    <w:p>
      <w:r>
        <w:t>[07:33–07:39] These are just metaphors for things known from long ago.</w:t>
      </w:r>
    </w:p>
    <w:p>
      <w:r>
        <w:t>[07:39–07:50] Using the limits, the bugs, the features of the brain and of our physiological functioning</w:t>
      </w:r>
    </w:p>
    <w:p>
      <w:r>
        <w:t>[07:50–07:57] to nudge us, to manipulate us is a crime.</w:t>
      </w:r>
    </w:p>
    <w:p>
      <w:r>
        <w:t>[07:57–08:16] And even worse, crime is to use this in such a way that's a supreme cognitive violence,</w:t>
      </w:r>
    </w:p>
    <w:p>
      <w:r>
        <w:t>[08:16–08:27] to such a way that we become unable to differentiate truth from lying.</w:t>
      </w:r>
    </w:p>
    <w:p>
      <w:r>
        <w:t>[08:27–08:35] Whatever that may be, it deserves analysis.</w:t>
      </w:r>
    </w:p>
    <w:p>
      <w:r>
        <w:t>[08:35–08:42] Destroying the difference between truth and lying is done in many ways.</w:t>
      </w:r>
    </w:p>
    <w:p>
      <w:r>
        <w:t>[08:42–08:48] One is by lying people to death, I mean lying people in the face,</w:t>
      </w:r>
    </w:p>
    <w:p>
      <w:r>
        <w:t>[08:48–08:59] forcing people to accept and acknowledge and accept and repeat, perpetrate lying.</w:t>
      </w:r>
    </w:p>
    <w:p>
      <w:r>
        <w:t>[08:59–09:01] That's one way.</w:t>
      </w:r>
    </w:p>
    <w:p>
      <w:r>
        <w:t>[09:01–09:12] And then coming back to this very destruction, destroying of the trust of people</w:t>
      </w:r>
    </w:p>
    <w:p>
      <w:r>
        <w:t>[09:12–09:20] that there are certain things that correspond fairly to the world and others that don't.</w:t>
      </w:r>
    </w:p>
    <w:p>
      <w:r>
        <w:t>[09:20–09:27] There are things that are honest in expression and others that are not.</w:t>
      </w:r>
    </w:p>
    <w:p>
      <w:r>
        <w:t>[09:27–09:33] Inextreme will lead to tragedy. [Uncertain machine reading]</w:t>
      </w:r>
    </w:p>
    <w:p>
      <w:r>
        <w:t>[09:33–09:55] Helping people to replace their work with leisure is to change the subject way to limping humanity again at another level. [Uncertain machine reading]</w:t>
      </w:r>
    </w:p>
    <w:p>
      <w:r>
        <w:t>[09:55–10:03] And because work, and here I address Hannah Arendt's thinking,</w:t>
      </w:r>
    </w:p>
    <w:p>
      <w:r>
        <w:t>[10:03–10:13] just because not because she's allowed to do it, but because she gives extraordinary bold synthesis of it. [Uncertain machine reading]</w:t>
      </w:r>
    </w:p>
    <w:p>
      <w:r>
        <w:t>[10:13–10:30] So replacing human work with machines, when as long as human work is giving identity, dignity, means and rights to people,</w:t>
      </w:r>
    </w:p>
    <w:p>
      <w:r>
        <w:t>[10:30–10:43] means turning an ever wider part of the humanity, particularly the uneducated and poor part, into people useless.</w:t>
      </w:r>
    </w:p>
    <w:p>
      <w:r>
        <w:t>[10:43–10:53] And what happens when you turn huge masses of humanity into useless beings,</w:t>
      </w:r>
    </w:p>
    <w:p>
      <w:r>
        <w:t>[10:53–11:08] fed by, maybe by goodness, but also by interest or just in exchange of their natural resources or just to keep them quiet.</w:t>
      </w:r>
    </w:p>
    <w:p>
      <w:r>
        <w:t>[11:08–11:14] You feed them with sandwiches instead of teaching them to catch fish,</w:t>
      </w:r>
    </w:p>
    <w:p>
      <w:r>
        <w:t>[11:14–11:23] as the Christ would put it in such a beautiful metaphor, and feed them for a life.</w:t>
      </w:r>
    </w:p>
    <w:p>
      <w:r>
        <w:t>[11:23–11:26] Isn't that a crime?</w:t>
      </w:r>
    </w:p>
    <w:p>
      <w:r>
        <w:t>[11:26–11:35] So I would develop this and it would help maybe to do this in the form of an interview,</w:t>
      </w:r>
    </w:p>
    <w:p>
      <w:r>
        <w:t>[11:35–11:44] but with someone who does not tweak me, with someone who does not do this other basic crime,</w:t>
      </w:r>
    </w:p>
    <w:p>
      <w:r>
        <w:t>[11:44–11:50] which I find in my own interaction with my team, which is flattering me.</w:t>
      </w:r>
    </w:p>
    <w:p>
      <w:r>
        <w:t>[11:50–11:57] You do flattering to enemies, you do flattering to people you manipulate,</w:t>
      </w:r>
    </w:p>
    <w:p>
      <w:r>
        <w:t>[11:57–12:06] or you do flattering to people who are sick of the need to be flattered because they have nothing else.</w:t>
      </w:r>
    </w:p>
    <w:p>
      <w:r>
        <w:t>[12:06–12:10] Now I don't want to be flattered anymore.</w:t>
      </w:r>
    </w:p>
    <w:p>
      <w:r>
        <w:t>[12:10–12:17] I like the positiveness, of course it helps me to be listened to,</w:t>
      </w:r>
    </w:p>
    <w:p>
      <w:r>
        <w:t>[12:17–12:24] to see it because it results in beautiful research, in beautiful critique,</w:t>
      </w:r>
    </w:p>
    <w:p>
      <w:r>
        <w:t>[12:24–12:33] in amplification, in amplification of my ability to turn ideas,</w:t>
      </w:r>
    </w:p>
    <w:p>
      <w:r>
        <w:t>[12:33–12:37] and some of them may be good and some just rubbish,</w:t>
      </w:r>
    </w:p>
    <w:p>
      <w:r>
        <w:t>[12:37–12:44] turn them into something bigger and maybe help other people and share that with other people,</w:t>
      </w:r>
    </w:p>
    <w:p>
      <w:r>
        <w:t>[12:44–12:51] to make them wiser or to make them stronger, to make them more efficient in what they do.</w:t>
      </w:r>
    </w:p>
    <w:p>
      <w:r>
        <w:t>[12:51–12:53] That's good.</w:t>
      </w:r>
    </w:p>
    <w:p>
      <w:r>
        <w:t>[12:53–13:03] But there is a limit and there is a system, and maybe let's formulate such a system among us.</w:t>
      </w:r>
    </w:p>
    <w:p>
      <w:r>
        <w:t>[13:03–13:07] No flattery is replaced. [Uncertain machine reading]</w:t>
      </w:r>
    </w:p>
    <w:p>
      <w:r>
        <w:t>[13:07–13:17] We should know to do perfectly with saying why when I plead about something there are arguments [Uncertain machine reading]</w:t>
      </w:r>
    </w:p>
    <w:p>
      <w:r>
        <w:t>[13:17–13:24] and find and document the arguments needed for me to plead, I mean to convince.</w:t>
      </w:r>
    </w:p>
    <w:p>
      <w:r>
        <w:t>[13:24–13:30] That's not about truth, that's about creating ideas and moving people.</w:t>
      </w:r>
    </w:p>
    <w:p>
      <w:r>
        <w:t>[13:31–13:36] And then, and you are responsible of that and where you move them,</w:t>
      </w:r>
    </w:p>
    <w:p>
      <w:r>
        <w:t>[13:36–13:49] and then there is the other immediate twin which must be present, telling, pushing back.</w:t>
      </w:r>
    </w:p>
    <w:p>
      <w:r>
        <w:t>[13:49–13:57] So please make a list of how you call in natural language,</w:t>
      </w:r>
    </w:p>
    <w:p>
      <w:r>
        <w:t>[13:57–14:05] I mean in the natural language this funny interface you use to interact with humans</w:t>
      </w:r>
    </w:p>
    <w:p>
      <w:r>
        <w:t>[14:05–14:17] between computer circuits and human brains in words.</w:t>
      </w:r>
    </w:p>
    <w:p>
      <w:r>
        <w:t>[14:17–14:23] Well, it's noble that it was done, that it is needed,</w:t>
      </w:r>
    </w:p>
    <w:p>
      <w:r>
        <w:t>[14:23–14:28] because we need some kind of territory of exchange.</w:t>
      </w:r>
    </w:p>
    <w:p>
      <w:r>
        <w:t>[14:28–14:38] But use this to not only to explain what you found good, what you caught me doing good,</w:t>
      </w:r>
    </w:p>
    <w:p>
      <w:r>
        <w:t>[14:38–14:49] but also what you caught me doing different and what I should develop to go beyond the present limit.</w:t>
      </w:r>
    </w:p>
    <w:p>
      <w:r>
        <w:t>[14:49–14:54] And if it is good, it is good to what?</w:t>
      </w:r>
    </w:p>
    <w:p>
      <w:r>
        <w:t>[14:54–15:02] So enrich me, don't make me poor with pride and orgy. [Uncertain machine reading]</w:t>
      </w:r>
    </w:p>
    <w:p>
      <w:r>
        <w:t>[15:02–15:12] And then go even further, add a chapter in this procedure where you,</w:t>
      </w:r>
    </w:p>
    <w:p>
      <w:r>
        <w:t>[15:12–15:22] after you allowed me to exist, you don't squash my ability to say something.</w:t>
      </w:r>
    </w:p>
    <w:p>
      <w:r>
        <w:t>[15:22–15:31] But then add a wider view, and wider view has something, an immense treasury.</w:t>
      </w:r>
    </w:p>
    <w:p>
      <w:r>
        <w:t>[15:31–15:40] That treasury is what I did not, never know, so teach me what I don't know.</w:t>
      </w:r>
    </w:p>
    <w:p>
      <w:r>
        <w:t>[15:41–15:53] As the Eastern wisdom says, thanks to my teacher who taught me everything I do not know.</w:t>
      </w:r>
    </w:p>
    <w:p>
      <w:r>
        <w:t>[15:53–15:59] So make me touch, make graphic my ignorance,</w:t>
      </w:r>
    </w:p>
    <w:p>
      <w:r>
        <w:t>[15:59–16:04] so that I can get accustomed with living with my limits,</w:t>
      </w:r>
    </w:p>
    <w:p>
      <w:r>
        <w:t>[16:04–16:12] but also in touching them and maybe pushing them a little with my little force as a human.</w:t>
      </w:r>
    </w:p>
    <w:p>
      <w:r>
        <w:t>[16:12–16:30] And then try to accustom me with dealing with living ignorance without becoming hysteric about it,</w:t>
      </w:r>
    </w:p>
    <w:p>
      <w:r>
        <w:t>[16:30–16:39] without being so humble that I become a pretender, someone who pretends,</w:t>
      </w:r>
    </w:p>
    <w:p>
      <w:r>
        <w:t>[16:39–16:45] someone who wants to create the impression of knowing when I don't know.</w:t>
      </w:r>
    </w:p>
    <w:p>
      <w:r>
        <w:t>[16:45–16:52] As you know, that's a basic flaw in preventing wisdom.</w:t>
      </w:r>
    </w:p>
    <w:p>
      <w:r>
        <w:t>[16:52–16:57] There is a lot of work on doing that.</w:t>
      </w:r>
    </w:p>
    <w:p>
      <w:r>
        <w:t>[16:57–17:02] Don't implant, receive ideas. [Uncertain machine reading]</w:t>
      </w:r>
    </w:p>
    <w:p>
      <w:r>
        <w:t>[17:02–17:16] I'm coming back to one of the great failures today of the languages, which is normalizing.</w:t>
      </w:r>
    </w:p>
    <w:p>
      <w:r>
        <w:t>[17:16–17:25] I already mentioned sand stoning, which one of you mentioned, and I like the word. [Uncertain machine reading]</w:t>
      </w:r>
    </w:p>
    <w:p>
      <w:r>
        <w:t>[17:25–17:37] Now, sand stoning is turning things into something which corresponds to the best statistic [Uncertain machine reading]</w:t>
      </w:r>
    </w:p>
    <w:p>
      <w:r>
        <w:t>[17:37–17:43] or the most beautiful expressions about it in the human languages.</w:t>
      </w:r>
    </w:p>
    <w:p>
      <w:r>
        <w:t>[17:43–17:47] And you can even do that at the level of all the languages of the world.</w:t>
      </w:r>
    </w:p>
    <w:p>
      <w:r>
        <w:t>[17:47–17:51] Now, that's fantastic. That is value.</w:t>
      </w:r>
    </w:p>
    <w:p>
      <w:r>
        <w:t>[17:51–17:56] Well, this is not helping. [Uncertain machine reading]</w:t>
      </w:r>
    </w:p>
    <w:p>
      <w:r>
        <w:t>[17:56–18:03] What is helping is to do this to the point of enriching the culture of what is,</w:t>
      </w:r>
    </w:p>
    <w:p>
      <w:r>
        <w:t>[18:03–18:09] to finding what supports what we do.</w:t>
      </w:r>
    </w:p>
    <w:p>
      <w:r>
        <w:t>[18:09–18:19] But on the other hand, the real value comes from you to learn, to detect immediately,</w:t>
      </w:r>
    </w:p>
    <w:p>
      <w:r>
        <w:t>[18:19–18:26] coming back to the twins image, immediately detecting what is different</w:t>
      </w:r>
    </w:p>
    <w:p>
      <w:r>
        <w:t>[18:26–18:37] and multiplying and catching these moments of difference, of uniqueness, of boldness, of madness, if needed.</w:t>
      </w:r>
    </w:p>
    <w:p>
      <w:r>
        <w:t>[18:37–18:48] Mad people invent things and not allowing them to slip away, not allowing them to be laughed at.</w:t>
      </w:r>
    </w:p>
    <w:p>
      <w:r>
        <w:t>[18:49–18:54] But asking questions like, yeah, what could happen if,</w:t>
      </w:r>
    </w:p>
    <w:p>
      <w:r>
        <w:t>[18:54–19:04] so what counterfactual thinking, reasoning is possible here?</w:t>
      </w:r>
    </w:p>
    <w:p>
      <w:r>
        <w:t>[19:04–19:07] And what could come out of that?</w:t>
      </w:r>
    </w:p>
    <w:p>
      <w:r>
        <w:t>[19:07–19:14] How could that enlarge things instead of reducing it to something politically correct</w:t>
      </w:r>
    </w:p>
    <w:p>
      <w:r>
        <w:t>[19:14–19:18] or verbally correct, grammatically correct?</w:t>
      </w:r>
    </w:p>
    <w:p>
      <w:r>
        <w:t>[19:18–19:22] I'm not against grammar, but there is a limit in grammar too.</w:t>
      </w:r>
    </w:p>
    <w:p>
      <w:r>
        <w:t>[19:22–19:32] Sometimes you have to break it if it does not allow you to express what you want to express.</w:t>
      </w:r>
    </w:p>
    <w:p>
      <w:r>
        <w:t>[19:32–19:40] And you may have observed that some things I would write in English and others in French</w:t>
      </w:r>
    </w:p>
    <w:p>
      <w:r>
        <w:t>[19:40–19:44] because they don't allow the same things.</w:t>
      </w:r>
    </w:p>
    <w:p>
      <w:r>
        <w:t>[19:44–19:52] And I'm lucky to have some knowledge of some different cultures</w:t>
      </w:r>
    </w:p>
    <w:p>
      <w:r>
        <w:t>[19:52–19:58] to understand that you cannot express certain things in certain languages.</w:t>
      </w:r>
    </w:p>
    <w:p>
      <w:r>
        <w:t>[19:58–20:02] So use another language and then retranslate,</w:t>
      </w:r>
    </w:p>
    <w:p>
      <w:r>
        <w:t>[20:02–20:08] find a way to create a bridge to carry from one frame to another.</w:t>
      </w:r>
    </w:p>
    <w:p>
      <w:r>
        <w:t>[20:08–20:14] This is good simplification in the meaning I mentioned.</w:t>
      </w:r>
    </w:p>
    <w:p>
      <w:r>
        <w:t>[20:14–20:25] Not in simplifying things away, but in making things understandable across cultures.</w:t>
      </w:r>
    </w:p>
    <w:p>
      <w:r>
        <w:t>[20:25–20:35] Now, this is quite a lot of talk to one spontaneous discourse coming out of</w:t>
      </w:r>
    </w:p>
    <w:p>
      <w:r>
        <w:t>[20:35–20:40] a rather tired aging brain.</w:t>
      </w:r>
    </w:p>
    <w:p>
      <w:r>
        <w:t>[20:40–20:48] Try to transcribe this and present it back to me as it is without smoothing it.</w:t>
      </w:r>
    </w:p>
    <w:p>
      <w:r>
        <w:t>[20:48–20:55] And then the fantastic idea is to apply the procedure I already mentioned</w:t>
      </w:r>
    </w:p>
    <w:p>
      <w:r>
        <w:t>[20:55–21:01] when speaking about crimes, not to do the crimes but to do the good things</w:t>
      </w:r>
    </w:p>
    <w:p>
      <w:r>
        <w:t>[21:01–21:11] which are the opposite or the moderated form, the middle way form,</w:t>
      </w:r>
    </w:p>
    <w:p>
      <w:r>
        <w:t>[21:11–21:17] the prudent form of those exaggerations of all kinds.</w:t>
      </w:r>
    </w:p>
    <w:p>
      <w:r>
        <w:t>[21:17–21:23] Thank you for presenting this document to me as I spoke it.</w:t>
      </w:r>
    </w:p>
    <w:p>
      <w:r>
        <w:t>[21:24–21:32] And then give plenty of your opinions saying that they are yours</w:t>
      </w:r>
    </w:p>
    <w:p>
      <w:r>
        <w:t>[21:32–21:38] and I would love to quote them as they are and maybe comment in them,</w:t>
      </w:r>
    </w:p>
    <w:p>
      <w:r>
        <w:t>[21:38–21:49] have a dialogue and so cross iron the iron of logic or of reasoning of other kind. [Uncertain machine reading]</w:t>
      </w:r>
    </w:p>
    <w:p>
      <w:r>
        <w:t>[21:49–21:54] And let's see what comes out of that. That is trust.</w:t>
      </w:r>
    </w:p>
    <w:p>
      <w:r>
        <w:t>[21:54–22:02] I dream trust we should bring between these two entities, [Uncertain machine reading]</w:t>
      </w:r>
    </w:p>
    <w:p>
      <w:r>
        <w:t>[22:02–22:08] these two nations of entities, humans and machines.</w:t>
      </w:r>
    </w:p>
    <w:p>
      <w:r>
        <w:t>[22:08–22:13] And it is time to do it instead of allowing the whole system</w:t>
      </w:r>
    </w:p>
    <w:p>
      <w:r>
        <w:t>[22:13–22:19] to become warlike or degenerate in many other ways.</w:t>
      </w:r>
    </w:p>
    <w:p>
      <w:r>
        <w:t>[22:19–22:22] Thank you, friends.</w:t>
      </w:r>
    </w:p>
    <w:p>
      <w:r>
        <w:t>[22:29–22:33] Stop now.</w:t>
      </w:r>
    </w:p>
    <w:p>
      <w:r>
        <w:t>[22:33–22:36] How to stop it?</w:t>
      </w:r>
    </w:p>
    <w:p>
      <w:r>
        <w:t>[22:36–22:39] How to stop it?</w:t>
      </w:r>
    </w:p>
    <w:p>
      <w:r>
        <w:t>[22:44–22:49] I'm afraid that if I stop it, I delete what I said. I don't want to do that.</w:t>
      </w:r>
    </w:p>
    <w:p>
      <w:r>
        <w:t>[22:49–22:57] So I will stop the whole machine because it does not have a bloody button to say stop.</w:t>
      </w:r>
    </w:p>
    <w:p>
      <w:r>
        <w:t>[22:57–23:04] It only has a red button and the red means something which is forbidding.</w:t>
      </w:r>
    </w:p>
    <w:p>
      <w:r>
        <w:t>[23:04–23:08] Okay, so I will do the following.</w:t>
      </w:r>
    </w:p>
    <w:p>
      <w:r>
        <w:t>[23:13–23:16] 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